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ssistant" w:hAnsi="Assistant" w:cs="Assistant"/>
          <w:b/>
          <w:color w:val="0B7D7A"/>
          <w:sz w:val="40"/>
          <w:rtl w:val="1"/>
          <w:szCs w:val="40"/>
          <w:bCs/>
        </w:rPr>
        <w:t>חוזה הגבולות שלי</w:t>
      </w:r>
    </w:p>
    <w:p>
      <w:pPr>
        <w:bidi w:val="1"/>
        <w:jc w:val="center"/>
      </w:pPr>
      <w:r>
        <w:rPr>
          <w:rFonts w:ascii="Assistant" w:hAnsi="Assistant" w:cs="Assistant"/>
          <w:b w:val="0"/>
          <w:rtl w:val="1"/>
        </w:rPr>
        <w:t>אני יודע/ת שהגבולות שלי חשובים – וגם הגבולות של אחרים.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השם שלי: 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הגוף שלי: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מותר לחבק אותי רק אם אני מסכים/ה)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הרגשות שלי: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לא צוחקים על המשפחה שלי)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הזמן שלי: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אחרי 22:00 אני לא עונה להודעות)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ברשת: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לא מתייגים אותי בלי לשאול)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החפצים שלי: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שואלים לפני שלוקחים)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משפט ה״לא״ שלי: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״לא, תודה. אמרתי שלא.״)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כך אכבד גבולות של אחרים: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(למשל: אשאל לפני שאני נוגע/ת או מצלם/ת)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מבוגר/ת שאני סומך/ת עליו/ה:</w:t>
      </w:r>
    </w:p>
    <w:p>
      <w:pPr>
        <w:bidi w:val="1"/>
        <w:jc w:val="right"/>
      </w:pPr>
      <w:r>
        <w:rPr>
          <w:rFonts w:ascii="Assistant" w:hAnsi="Assistant" w:cs="Assistant"/>
          <w:b w:val="0"/>
          <w:color w:val="888899"/>
          <w:sz w:val="19"/>
          <w:rtl w:val="1"/>
          <w:szCs w:val="19"/>
        </w:rPr>
        <w:t>(שם או תפקיד)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אני זוכר/ת: שואלים · מקשיבים · מכבדים. ומותר לי לבקש עזרה.</w:t>
      </w:r>
    </w:p>
    <w:p>
      <w:pPr>
        <w:bidi w:val="1"/>
        <w:jc w:val="right"/>
      </w:pPr>
      <w:r>
        <w:rPr>
          <w:rFonts w:ascii="Assistant" w:hAnsi="Assistant" w:cs="Assistant"/>
          <w:b w:val="0"/>
          <w:rtl w:val="1"/>
        </w:rPr>
        <w:t>חתימה: ______________        תאריך: 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/>
    <w:r>
      <w:rPr>
        <w:sz w:val="18"/>
      </w:rPr>
      <w:t>יצרה: רוית ראש בן ישי · הגבולות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