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ssistant" w:hAnsi="Assistant" w:cs="Assistant"/>
          <w:b/>
          <w:color w:val="0B7D7A"/>
          <w:sz w:val="40"/>
          <w:rtl w:val="1"/>
          <w:szCs w:val="40"/>
          <w:bCs/>
        </w:rPr>
        <w:t>הגבולות שלי – מערכי שיעור למורה</w:t>
      </w:r>
    </w:p>
    <w:p>
      <w:pPr>
        <w:bidi w:val="1"/>
        <w:jc w:val="center"/>
      </w:pPr>
      <w:r>
        <w:rPr>
          <w:rFonts w:ascii="Assistant" w:hAnsi="Assistant" w:cs="Assistant"/>
          <w:b w:val="0"/>
          <w:rtl w:val="1"/>
        </w:rPr>
        <w:t>45 ו־90 דקות לכל רמה · הנחיה · בטיחות רגשית · מודלים של חוסן</w:t>
      </w:r>
    </w:p>
    <w:p>
      <w:pPr>
        <w:bidi w:val="1"/>
        <w:jc w:val="right"/>
      </w:pPr>
      <w:r>
        <w:rPr>
          <w:rFonts w:ascii="Assistant" w:hAnsi="Assistant" w:cs="Assistant"/>
          <w:b/>
          <w:color w:val="0B7D7A"/>
          <w:sz w:val="30"/>
          <w:rtl w:val="1"/>
          <w:szCs w:val="30"/>
          <w:bCs/>
        </w:rPr>
        <w:t>יסודי · כיתות ג׳–ו׳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מטרה: להכיר את חמשת סוגי הגבולות, לתרגל ״לא״ ברור ומכבד, ולדעת למי פונים.</w:t>
      </w:r>
    </w:p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שיעור של 45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שלב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מה עושים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פתיחה – הבועה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מסמנים מעגל סביב כיסא. ״מה קורה כשמישהו נכנס לבועה בלי לשאול?״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חמשת הגבולות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מצגת שקפים 2–3 + כרטיסי הסוגים. כל ילד/ה נותן/ת דוגמה.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רמזור הגבולות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משחק הרמזור בהצבעת כרטיסים.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אומרים לא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🐭🐲🦁 – הדגמה + משחקי תפקידים בזוגות.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חוזה הגבולות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כל ילד/ה ממלא/ת 2–3 שורות.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סיכום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״משפט אחד שאני לוקח/ת איתי״ + מסר העזרה.</w:t>
            </w:r>
          </w:p>
        </w:tc>
      </w:tr>
    </w:tbl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שיעור כפול – 90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שלב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מה עושים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פתיחה – הבועה + תחושות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צ׳ק-אין רגשי והבועה בחבל.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חמשת הגבולות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קלפי הסוגים ודוגמאות מחיי בית הספר.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המרחב האישי שלי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כל ילד/ה ממקם/ת אנשים במעגלים + ״קרוב מדי?״.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רמזור הגבולות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משחק כיתתי + נימוק לכל תשובה.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אומרים לא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שלושת הסגנונות, בונה מסר ״אני״, משחקי תפקידים.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מכבדים גבולות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״שואלים · מקשיבים · מכבדים״ + משחק ״האם זה כן?״.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חוזה הגבולות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כתיבה + קישוט.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סיכום ועזרה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חידון קצר ומסר העזרה.</w:t>
            </w:r>
          </w:p>
        </w:tc>
      </w:tr>
    </w:tbl>
    <w:p>
      <w:pPr>
        <w:bidi w:val="1"/>
        <w:jc w:val="right"/>
      </w:pPr>
      <w:r>
        <w:rPr>
          <w:rFonts w:ascii="Assistant" w:hAnsi="Assistant" w:cs="Assistant"/>
          <w:b/>
          <w:color w:val="0B7D7A"/>
          <w:sz w:val="30"/>
          <w:rtl w:val="1"/>
          <w:szCs w:val="30"/>
          <w:bCs/>
        </w:rPr>
        <w:t>חט״ב · כיתות ז׳–ט׳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מטרה: לזהות חציית גבולות בעולם החברתי והדיגיטלי, לנסח גבול אסרטיבי ולעמוד בלחץ חברתי.</w:t>
      </w:r>
    </w:p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שיעור של 45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שלב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מה עושים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פתיחה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״גבול שמישהו הציב לי, וגבול שהצבתי לעצמי״ – כתיבה אישית קצרה.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רמזור הגבולות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גרסת חט״ב – דיון על הכרטיסים הצהובים.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סימולציה מסתעפת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״האתגר״ – הצבעה בכל צומת ודיון.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אסרטיביות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מיון סגנונות + בונה מסר ״אני״.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גבולות ברשת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״לשתף או לא?״.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סיכום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כרטיס יציאה: ״משפט ה׳לא׳ שלי״.</w:t>
            </w:r>
          </w:p>
        </w:tc>
      </w:tr>
    </w:tbl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שיעור כפול – 90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שלב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מה עושים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פתיחה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צ׳ק-אין + שאלון אישי קצר על גבולות.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חמשת הגבולות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קלפים בקבוצות – כל קבוצה מוסיפה דוגמה מהחיים.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רמזור הגבולות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דיון בצהובים: מתי ״תלוי״?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לחץ חברתי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שתי סימולציות מסתעפות + ״צופה פעיל/ה״.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אומרים לא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סגנונות, חמש דרכים לומר לא, שפת גוף, משחקי תפקידים בשלשות (שחקן/ית, לוחץ/ת, צופה).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הסכמה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״האם זה כן?״ + ״שואלים · מקשיבים · מכבדים״.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רשת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כללי הזהב שלי ברשת + ארבעת הצעדים.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חוזה וסיכום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חוזה הגבולות + חידון + מסר העזרה.</w:t>
            </w:r>
          </w:p>
        </w:tc>
      </w:tr>
    </w:tbl>
    <w:p>
      <w:pPr>
        <w:bidi w:val="1"/>
        <w:jc w:val="right"/>
      </w:pPr>
      <w:r>
        <w:rPr>
          <w:rFonts w:ascii="Assistant" w:hAnsi="Assistant" w:cs="Assistant"/>
          <w:b/>
          <w:color w:val="0B7D7A"/>
          <w:sz w:val="30"/>
          <w:rtl w:val="1"/>
          <w:szCs w:val="30"/>
          <w:bCs/>
        </w:rPr>
        <w:t>חט״ע · כיתות י׳–י״ב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מטרה: להבחין בין גבול לשליטה, להבין הסכמה לעומקה, ולזהות סימני אזהרה בזוגיות, בחברה, ברשת ובעבודה.</w:t>
      </w:r>
    </w:p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שיעור של 45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שלב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מה עושים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פתיחה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שאלה פרובוקטיבית: ״האם אהבה אמיתית היא בלי גבולות?״ – עמדות בקצוות החדר.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רמזור הגבולות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גרסת חט״ע – זוגיות, עבודה, רשת.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סימולציה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״רק כי אכפת לי״ – גבול מול שליטה.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הסכמה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שלושת המרכיבים + ״האם זה כן?״ ודיון.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עש״ן ד״ק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מתרגלים עצירה ונשימה לפני ״לא״ בלחץ.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סיכום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כרטיס יציאה + מסר העזרה.</w:t>
            </w:r>
          </w:p>
        </w:tc>
      </w:tr>
    </w:tbl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שיעור כפול – 90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שלב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מה עושים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פתיחה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עמדות בקצוות החדר + צ׳ק-אין.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גבול מול שליטה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טבלה בקבוצות: מה זה גבול? מה זו שליטה? דוגמאות.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זוגיות ורשת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שתי סימולציות מסתעפות + סימני אזהרה.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הסכמה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״האם זה כן?״ + ניתוח מקרים.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אסרטיביות בפועל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משחקי תפקידים – כולל עבודה ומסיבה.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לחץ חברתי ועש״ן ד״ק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תרגול נשימה + ״משפט היציאה שלי״.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חוזה הגבולות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כתיבה אישית.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סיכום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חידון + מי מלווה אותי (יועצת, מחנך/ת).</w:t>
            </w:r>
          </w:p>
        </w:tc>
      </w:tr>
    </w:tbl>
    <w:p>
      <w:pPr>
        <w:bidi w:val="1"/>
        <w:jc w:val="right"/>
      </w:pPr>
      <w:r>
        <w:rPr>
          <w:rFonts w:ascii="Assistant" w:hAnsi="Assistant" w:cs="Assistant"/>
          <w:b/>
          <w:color w:val="0B7D7A"/>
          <w:sz w:val="30"/>
          <w:rtl w:val="1"/>
          <w:szCs w:val="30"/>
          <w:bCs/>
        </w:rPr>
        <w:t>עולים · עברית קלה + ניקוד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מטרה: ללמוד מילים ומשפטים פשוטים לגבולות ולתרגל אותם בביטחון.</w:t>
      </w:r>
    </w:p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שיעור של 45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שלב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מה עושים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מילים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מילון קטן עם ניקוד: גבול, די, לא, תודה, לשאול, לעזור, מבוגר.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רמזור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גרסת עולים עם ניקוד.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אומרים לא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חוזרים יחד על ״לֹא, תּוֹדָה״, ״דַּי״, ״תַּחְזִיר בְּבַקָּשָׁה״ + הקראה בקול.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משחק תפקידים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מצבים פשוטים בזוגות.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מי עוזר לי?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ציור/כתיבה: המבוגר שלי בבית הספר.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סיכום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מילה אחת חדשה שלמדתי.</w:t>
            </w:r>
          </w:p>
        </w:tc>
      </w:tr>
    </w:tbl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שיעור כפול – 90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שלב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מה עושים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פתיחה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צ׳ק-אין עם פרצופים + מילים לרגשות.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מילים ומשפטים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מילון גבולות עם ניקוד ותמונות; משווים למילים בשפת האם.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מרחב אישי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מעגלים – גרסה פשוטה.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רמזור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משחק + קריאה בקול.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אומרים לא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שלוש החיות 🐭🐲🦁 והמשפטים ״לֹא, תּוֹדָה״ / ״דַּי״.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משחק תפקידים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מצבים מבית הספר החדש.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חוזה קצר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שלוש שורות בעברית פשוטה.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סיכום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חידון עם ניקוד.</w:t>
            </w:r>
          </w:p>
        </w:tc>
      </w:tr>
    </w:tbl>
    <w:p>
      <w:pPr>
        <w:bidi w:val="1"/>
        <w:jc w:val="right"/>
      </w:pPr>
      <w:r>
        <w:rPr>
          <w:rFonts w:ascii="Assistant" w:hAnsi="Assistant" w:cs="Assistant"/>
          <w:b/>
          <w:color w:val="0B7D7A"/>
          <w:sz w:val="30"/>
          <w:rtl w:val="1"/>
          <w:szCs w:val="30"/>
          <w:bCs/>
        </w:rPr>
        <w:t>חנ״מ · פשוט וחזותי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מטרה: להכיר את המילים ״די״, ״לא, תודה״ ו״שואלים קודם״, ולדעת לפנות למבוגר.</w:t>
      </w:r>
    </w:p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שיעור של 45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שלב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מה עושים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פתיחה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שיר/תנועה: ״הגוף שלי – שלי״ + יד ״עצור״.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רמזור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גרסת חנ״מ עם אימוג׳י – מרימים כרטיס צבע.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״די״ = עוצרים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משחק תנועה: המורה אומר/ת ״די״ וכולם קופאים.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שואלים קודם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תרגול בזוגות עם חפץ אמיתי.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המבוגר שלי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מדביקים תמונה/שם של מבוגר שסומכים עליו.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סיכום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חוזרים על שלושת המשפטים.</w:t>
            </w:r>
          </w:p>
        </w:tc>
      </w:tr>
    </w:tbl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שיעור כפול – 90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שלב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מה עושים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פתיחה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צ׳ק-אין בפרצופים + נשימת בלון.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רמזור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משחק עם כרטיסי צבע + הסבר קצר.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״די״ = עוצרים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משחק תנועה ומוזיקה.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שואלים קודם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תרגול עם חפצים + מחמאה למי שמחכה לתשובה.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מעגלים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מעגלים פשוטים: משפחה / חברים / זר.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משחק תפקידים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מצבים קצרים עם המורה.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סיכום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פרס ״שומר/ת גבולות״ ותזכורת המבוגר שלי.</w:t>
            </w:r>
          </w:p>
        </w:tc>
      </w:tr>
    </w:tbl>
    <w:p>
      <w:pPr>
        <w:bidi w:val="1"/>
        <w:jc w:val="right"/>
      </w:pPr>
      <w:r>
        <w:rPr>
          <w:rFonts w:ascii="Assistant" w:hAnsi="Assistant" w:cs="Assistant"/>
          <w:b/>
          <w:color w:val="0B7D7A"/>
          <w:sz w:val="30"/>
          <w:rtl w:val="1"/>
          <w:szCs w:val="30"/>
          <w:bCs/>
        </w:rPr>
        <w:t>טיפים להנחיה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מתחילים מחיזוק: ״כולנו מציבים גבולות כל יום – גם בלי לשים לב״.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מדגישים: גבול אינו ״להיות רע/ה״ – הוא דרך לשמור על הקשר.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מאפשרים ״צהוב״: לא כל מצב חד; ההתלבטות עצמה היא למידה.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מקפידים על שפה מכלילה ושוויונית (את/ה, הוא/היא).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בסימולציות – מצביעים לפני שחושפים תוצאה, ושואלים ״מה עוד אפשר?״.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במשחקי תפקידים – מי שמשחק/ת ״לוחץ/ת״ יוצא/ת מהתפקיד בסוף במשפט ״אני (שם), לא הדמות״.</w:t>
      </w:r>
    </w:p>
    <w:p>
      <w:pPr>
        <w:bidi w:val="1"/>
        <w:jc w:val="right"/>
      </w:pPr>
      <w:r>
        <w:rPr>
          <w:rFonts w:ascii="Assistant" w:hAnsi="Assistant" w:cs="Assistant"/>
          <w:b/>
          <w:color w:val="0B7D7A"/>
          <w:sz w:val="30"/>
          <w:rtl w:val="1"/>
          <w:szCs w:val="30"/>
          <w:bCs/>
        </w:rPr>
        <w:t>בטיחות רגשית וחשיפה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קובעים מראש כללי מרחב בטוח: מדברים בגוף שלישי (״ילד אחד…״), לא מספרים סיפורים אישיים של אחרים, מותר ״לדלג״.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הדיון עובר דרך דמויות ומצבים בדיוניים – לא מבקשים מתלמידים לחשוף חוויות אישיות במליאה.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שימו לב לתגובות חריגות (שקט פתאומי, בכי, יציאה מהכיתה) – פונים בפרטיות אחרי השיעור.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אם תלמיד/ה חושף/ת פגיעה: מקשיבים ברוגע, מודים על האמון, לא חוקרים ולא שואלים שאלות מנחות, ולא מבטיחים סודיות (״כדי לעזור לך אצטרך לשתף את מי שיכול לעזור״).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באותו יום פונים ליועצת ולמנהל/ת ופועלים לפי נוהלי בית הספר וחובת הדיווח. מתעדים בקצרה את דברי התלמיד/ה במילים שלו/ה.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לא מעמתים את התלמיד/ה עם הפוגע/ת ולא פונים בעצמכם להורים לפני התייעצות עם היועצת.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בחט״ע: נושאי זוגיות והסכמה – בשפה מכבדת ולא מפורטת; בודקים התאמה למדיניות בית הספר ולקהילה.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בכיתות עולים וחנ״מ: משפטים קצרים, הדגמה בגוף, חזרה, ותמונות. מוודאים הבנה – לא רק הנהון.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מסיימים תמיד במסר עזרה ברור: ״לא לבד – יש למי לפנות״ – ונשארים זמינים אחרי השיעור.</w:t>
      </w:r>
    </w:p>
    <w:p>
      <w:pPr>
        <w:bidi w:val="1"/>
        <w:jc w:val="right"/>
      </w:pPr>
      <w:r>
        <w:rPr>
          <w:rFonts w:ascii="Assistant" w:hAnsi="Assistant" w:cs="Assistant"/>
          <w:b/>
          <w:rtl w:val="1"/>
          <w:bCs/>
        </w:rPr>
        <w:t>לוודא מול היועצת ומדיניות בית הספר: נוהל הדיווח, אנשי הקשר, ומספרי קווי סיוע – אם רוצים להציג אותם לתלמידים.</w:t>
      </w:r>
    </w:p>
    <w:p>
      <w:pPr>
        <w:bidi w:val="1"/>
        <w:jc w:val="right"/>
      </w:pPr>
      <w:r>
        <w:rPr>
          <w:rFonts w:ascii="Assistant" w:hAnsi="Assistant" w:cs="Assistant"/>
          <w:b/>
          <w:color w:val="0B7D7A"/>
          <w:sz w:val="30"/>
          <w:rtl w:val="1"/>
          <w:szCs w:val="30"/>
          <w:bCs/>
        </w:rPr>
        <w:t>שילוב מודלים של חוסן</w:t>
      </w:r>
    </w:p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גש״ר מאח״ד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שישה ערוצי התמודדות – וכל אחד מהם הוא גם ״שער״ לגבול: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גוף – מרגישים בגוף כשגבול נחצה (בטן מתהפכת, לחץ בחזה) – זה סימן לעצור.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שכל – חושבים: ״מה אני צריך/ה עכשיו? מה האפשרויות?״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רגש – נותנים שם לרגש: ״זה מעליב אותי״.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אמונה – הערכים שלי: כבוד, פרטיות, יושר – הם הגבולות שלי.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חברה – מבוגר/ת או חבר/ה שאפשר לפנות אליהם.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דמיון – מדמיינים מראש איך אגיד ״לא״ – ומתרגלים.</w:t>
      </w:r>
    </w:p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עש״ן ד״ק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לוויסות עצמי רגע לפני שעונים בלחץ: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ע – עצירה – עוצרים לרגע לפני שעונים.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ש – שרירים – מרפים כתפיים ואגרופים.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נ – נשימה – שאיפה איטית, נשיפה ארוכה.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ד – דיבור עצמי – ״אני יכול/ה להגיד לא. מותר לי.״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ק – קדימה – אומרים את משפט ה״לא״ – וממשיכים.</w:t>
      </w:r>
    </w:p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מעש״ה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כשחבר/ה במצוקה אחרי שחצו לו/ה גבול: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מ – מחויבות – ״אני כאן איתך.״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ע – עידוד לפעילות – ״בוא/י נלך יחד ליועצת.״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ש – שאלות מעוררות חשיבה – ״מי עוד היה שם? מתי זה קרה?״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• ה – הבניית רצף – עוזרים לסדר את מה שקרה – ואז פונים למבוגר/ת.</w:t>
      </w:r>
    </w:p>
    <w:p>
      <w:pPr>
        <w:bidi w:val="1"/>
        <w:jc w:val="right"/>
      </w:pPr>
      <w:r>
        <w:rPr>
          <w:rFonts w:ascii="Assistant" w:hAnsi="Assistant" w:cs="Assistant"/>
          <w:b/>
          <w:color w:val="0B7D7A"/>
          <w:sz w:val="30"/>
          <w:rtl w:val="1"/>
          <w:szCs w:val="30"/>
          <w:bCs/>
        </w:rPr>
        <w:t>מתווה המצגת – סרט תלת־ממד מונפש</w:t>
      </w:r>
    </w:p>
    <w:p>
      <w:pPr>
        <w:bidi w:val="1"/>
        <w:jc w:val="right"/>
      </w:pPr>
      <w:r>
        <w:rPr>
          <w:rFonts w:ascii="Assistant" w:hAnsi="Assistant" w:cs="Assistant"/>
          <w:b/>
          <w:rtl w:val="1"/>
          <w:bCs/>
        </w:rPr>
        <w:t>1. פתיחה – הבועה של נגה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מה רואים: תקריב על נגה (11), ילדה בעלת תלתלים וחיוך סקרן, עומדת בחצר בית הספר בשמש של בוקר. סביבה נדלקת בועה שקופה ורודה־זהובה. המצלמה נעה במעגל איטי.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מה שומעים: נגה (קריינות): ״לכל אחד מאיתנו יש בועה. לא רואים אותה – אבל מרגישים אותה.״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אווירה: אור זהוב רך, אבק אור באוויר, מוזיקה עדינה של פסנתר.</w:t>
      </w:r>
    </w:p>
    <w:p>
      <w:pPr>
        <w:bidi w:val="1"/>
        <w:jc w:val="right"/>
      </w:pPr>
      <w:r>
        <w:rPr>
          <w:rFonts w:ascii="Assistant" w:hAnsi="Assistant" w:cs="Assistant"/>
          <w:b/>
          <w:rtl w:val="1"/>
          <w:bCs/>
        </w:rPr>
        <w:t>2. חמש הבועות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מה רואים: חמישה ילדים, לכל אחד בועה בצבע אחר: אדומה (גוף), ורודה (רגש), צהובה (זמן), כחולה (רשת), ירוקה (חפצים). הבועות מתנפחות ומתכווצות כמו נשימה.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מה שומעים: קריין: ״גוף, רגש, זמן, רשת וחפצים – חמישה סוגי גבולות.״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אווירה: מעבר צבעוני, ניצוצות קטנים בכל בועה.</w:t>
      </w:r>
    </w:p>
    <w:p>
      <w:pPr>
        <w:bidi w:val="1"/>
        <w:jc w:val="right"/>
      </w:pPr>
      <w:r>
        <w:rPr>
          <w:rFonts w:ascii="Assistant" w:hAnsi="Assistant" w:cs="Assistant"/>
          <w:b/>
          <w:rtl w:val="1"/>
          <w:bCs/>
        </w:rPr>
        <w:t>3. המעגלים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מה רואים: מבט מלמעלה על חצר: שלוש טבעות אור סביב נגה – אדומה קרובה (משפחה), צהובה (חברים), טורקיז (מכרים). דמויות קטנות נכנסות ויוצאות.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מה שומעים: נגה: ״יש מי שקרוב אליי מאוד, ויש מי שעדיין לא.״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אווירה: מצלמת רחפן עדינה, צללים רכים.</w:t>
      </w:r>
    </w:p>
    <w:p>
      <w:pPr>
        <w:bidi w:val="1"/>
        <w:jc w:val="right"/>
      </w:pPr>
      <w:r>
        <w:rPr>
          <w:rFonts w:ascii="Assistant" w:hAnsi="Assistant" w:cs="Assistant"/>
          <w:b/>
          <w:rtl w:val="1"/>
          <w:bCs/>
        </w:rPr>
        <w:t>4. הרמזור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מה רואים: רמזור ענק ומחייך מופיע בחצר. בכל פעם שמישהו לוקח בלי לשאול – הוא מאדים ומהבהב; כשמישהו שואל – מאיר בירוק ושורק בשמחה.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מה שומעים: רמזור (קול חביב): ״ירוק – בסדר, צהוב – בודקים, אדום – עוצרים!״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אווירה: הומור פיזי, קפיצות קטנות של הרמזור.</w:t>
      </w:r>
    </w:p>
    <w:p>
      <w:pPr>
        <w:bidi w:val="1"/>
        <w:jc w:val="right"/>
      </w:pPr>
      <w:r>
        <w:rPr>
          <w:rFonts w:ascii="Assistant" w:hAnsi="Assistant" w:cs="Assistant"/>
          <w:b/>
          <w:rtl w:val="1"/>
          <w:bCs/>
        </w:rPr>
        <w:t>5. שלוש החיות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מה רואים: עכבר קטן מתכווץ, דרקון מתנשף עשן ורוד, ואריה רגוע עומד זקוף. שלושתם עונים לאותה בקשה – ״תן לי את הכדור!״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מה שומעים: אריה: ״אני משחק עכשיו. תקבל אותו בהפסקה.״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אווירה: כל חיה בתאורה משלה; האריה באור חם ויציב.</w:t>
      </w:r>
    </w:p>
    <w:p>
      <w:pPr>
        <w:bidi w:val="1"/>
        <w:jc w:val="right"/>
      </w:pPr>
      <w:r>
        <w:rPr>
          <w:rFonts w:ascii="Assistant" w:hAnsi="Assistant" w:cs="Assistant"/>
          <w:b/>
          <w:rtl w:val="1"/>
          <w:bCs/>
        </w:rPr>
        <w:t>6. משפט האני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מה רואים: מילים צבעוניות עפות באוויר ונכנסות למקומן כמו חלקי פאזל: ״כש…״ ״אני מרגישה…״ ״כי…״ ״אני מבקשת…״.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מה שומעים: נגה אומרת לחבר: ״כשלוקחים לי בלי לשאול, אני מרגישה כועסת, כי חשוב לי כבוד. אני מבקשת שתשאל.״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אווירה: תקריב פנים – עיניים בטוחות, נשימה.</w:t>
      </w:r>
    </w:p>
    <w:p>
      <w:pPr>
        <w:bidi w:val="1"/>
        <w:jc w:val="right"/>
      </w:pPr>
      <w:r>
        <w:rPr>
          <w:rFonts w:ascii="Assistant" w:hAnsi="Assistant" w:cs="Assistant"/>
          <w:b/>
          <w:rtl w:val="1"/>
          <w:bCs/>
        </w:rPr>
        <w:t>7. שואלים לפני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מה רואים: דור, חבר של נגה, עומד להעלות תמונה. הוא עוצר, מסתובב אליה: ״אפשר?״ נגה חושבת – ״לא בתמונה הזאת.״ דור מחייך ומוחק.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מה שומעים: דור: ״סגור. תודה שאמרת.״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אווירה: רגע שקט, ואז זרם של לבבות קטנים מעל הטלפון.</w:t>
      </w:r>
    </w:p>
    <w:p>
      <w:pPr>
        <w:bidi w:val="1"/>
        <w:jc w:val="right"/>
      </w:pPr>
      <w:r>
        <w:rPr>
          <w:rFonts w:ascii="Assistant" w:hAnsi="Assistant" w:cs="Assistant"/>
          <w:b/>
          <w:rtl w:val="1"/>
          <w:bCs/>
        </w:rPr>
        <w:t>8. הלחץ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מה רואים: בהפסקה קבוצה מעודדת את דור לקפוץ מגדר גבוהה. מוזיקה מתחזקת, הרקע מיטשטש. דור נושם – עש״ן ד״ק מופיע כחמישה צעדים זוהרים על הקרקע.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מה שומעים: דור (בלב): ״עצירה… שרירים… נשימה… אני יכול להגיד לא… קדימה.״ ובקול: ״לא בשבילי. מי בא לכדורסל?״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אווירה: האטה דרמטית, ואז שחרור צבעוני.</w:t>
      </w:r>
    </w:p>
    <w:p>
      <w:pPr>
        <w:bidi w:val="1"/>
        <w:jc w:val="right"/>
      </w:pPr>
      <w:r>
        <w:rPr>
          <w:rFonts w:ascii="Assistant" w:hAnsi="Assistant" w:cs="Assistant"/>
          <w:b/>
          <w:rtl w:val="1"/>
          <w:bCs/>
        </w:rPr>
        <w:t>9. הרשת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מה רואים: בחדר בערב, הטלפון של נגה מהבהב בהודעה פוגעת. מגן כחול זוהר עולה מהמסך עם ארבעה סמלים: עצור, צלם, חסום, ספר.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מה שומעים: נגה: ״אני לא עונה. אני שומרת ומספרת לאמא.״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אווירה: אור מנורה חם מול אור מסך קר – שמתחמם בסוף.</w:t>
      </w:r>
    </w:p>
    <w:p>
      <w:pPr>
        <w:bidi w:val="1"/>
        <w:jc w:val="right"/>
      </w:pPr>
      <w:r>
        <w:rPr>
          <w:rFonts w:ascii="Assistant" w:hAnsi="Assistant" w:cs="Assistant"/>
          <w:b/>
          <w:rtl w:val="1"/>
          <w:bCs/>
        </w:rPr>
        <w:t>10. החוזה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מה רואים: כל הכיתה כותבת על דפי קלף. הדפים מתעופפים ונאספים לספר גדול ומואר.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מה שומעים: קריינית: ״הגבולות שלי – והכבוד לגבולות שלך.״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אווירה: מוזיקה מתרוממת, אור שקיעה.</w:t>
      </w:r>
    </w:p>
    <w:p>
      <w:pPr>
        <w:bidi w:val="1"/>
        <w:jc w:val="right"/>
      </w:pPr>
      <w:r>
        <w:rPr>
          <w:rFonts w:ascii="Assistant" w:hAnsi="Assistant" w:cs="Assistant"/>
          <w:b/>
          <w:rtl w:val="1"/>
          <w:bCs/>
        </w:rPr>
        <w:t>11. סיום – לא לבד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מה רואים: נגה ודור הולכים יחד אל המחנכת שמחכה בדלת. הבועות שלהם נוגעות זו בזו – ולא נשברות.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מה שומעים: נגה: ״וכשמשהו קשה – אני לא לבד.״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אווירה: מסך סיום רך עם הקרדיט של היוצרת.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/>
    <w:r>
      <w:rPr>
        <w:sz w:val="18"/>
      </w:rPr>
      <w:t>יצרה: רוית ראש בן ישי · הגבולות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