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ssistant" w:hAnsi="Assistant" w:cs="Assistant"/>
          <w:b/>
          <w:color w:val="0B7D7A"/>
          <w:sz w:val="40"/>
          <w:rtl w:val="1"/>
          <w:szCs w:val="40"/>
          <w:bCs/>
        </w:rPr>
        <w:t>אומרים לא – ברור ומכבד</w:t>
      </w:r>
    </w:p>
    <w:p>
      <w:pPr>
        <w:bidi w:val="1"/>
        <w:jc w:val="center"/>
      </w:pPr>
      <w:r>
        <w:rPr>
          <w:rFonts w:ascii="Assistant" w:hAnsi="Assistant" w:cs="Assistant"/>
          <w:b w:val="0"/>
          <w:rtl w:val="1"/>
        </w:rPr>
        <w:t>דף עבודה: מסר ״אני״, שלוש החיות וחמש דרכים לומר לא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1. מי מדבר כאן?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כתבו ליד כל משפט: עכבר (שקט/ה מדי) · דרקון (חזק/ה מדי) · אריה (ברור/ה ומכבד/ת)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המשפט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מי?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״כן כן… אין בעיה… (לא באמת)״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״אתה פשוט חוצפן, תתבייש!״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״אני לא מעביר/ה את הסיסמה שלי. זה לא אישי, זה כלל שלי.״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״כשמעבירים צילום מסך שלי אני מרגיש/ה נבגד/ת. תמחק/י בבקשה.״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(מוחק/ת את ההודעה שכתבתי ושולח/ת אימוג׳י צוחק)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״עוד פעם אחת ואני מפרסם/ת עליך דברים!״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2. בונים מסר ״אני״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רגשות שיכולים לעזור: כועס/ת · עצוב/ה · נבוך/ה · מתוסכל/ת · לא בטוח/ה · פגוע/ה · לחוץ/ה · לא נוח לי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כש______________________________, אני מרגיש/ה ____________, כי ______________________________. אני מבקש/ת ______________________.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כש______________________________, אני מרגיש/ה ____________, כי ______________________________. אני מבקש/ת ______________________.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כש______________________________, אני מרגיש/ה ____________, כי ______________________________. אני מבקש/ת ______________________.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3. חמש דרכים לומר לא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הדרך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הסבר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הדוגמה שלי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״לא, תודה.״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קצר וברור. לא חייבים להסביר יותר מדי.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התקליט השבור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חוזרים על אותו משפט ברוגע: ״אמרתי שלא.״ ״אמרתי שלא.״ – בלי להיגרר לוויכוח.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מציעים חלופה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״לא בא לי לקפוץ מהגדר. בואו נשחק כדורסל.״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דוחים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״לא עכשיו. אחשוב על זה ואגיד לך מחר.״ – קונים זמן לחשוב.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מתרחקים ומספרים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כשמשהו מסוכן או מפחיד – הולכים משם ופונים למבוגר/ת. זה אומץ, לא בריחה.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4. שפת הגוף של ״לא״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עומדים זקוף, הכתפיים פתוחות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מסתכלים לעיניים (או לגשר האף)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קול רגוע, ברור ולא צועק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יד ״עצור״ פתוחה – אם צריך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פנים רציניות – בלי לצחוק כשאומרים לא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רגע לפני שאומרים לא בלחץ – עש״ן ד״ק: עצירה · שרירים · נשימה · דיבור עצמי · קדימה.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מפתח (למורה) לסעיף 1: 1. עכבר · 2. דרקון · 3. אריה · 4. אריה · 5. עכבר · 6. דרקון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/>
    <w:r>
      <w:rPr>
        <w:sz w:val="18"/>
      </w:rPr>
      <w:t>יצרה: רוית ראש בן ישי · הגבולות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