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ssistant" w:hAnsi="Assistant" w:cs="Assistant"/>
          <w:b/>
          <w:color w:val="0B7D7A"/>
          <w:sz w:val="40"/>
          <w:rtl w:val="1"/>
          <w:szCs w:val="40"/>
          <w:bCs/>
        </w:rPr>
        <w:t>רמזור הגבולות</w:t>
      </w:r>
    </w:p>
    <w:p>
      <w:pPr>
        <w:bidi w:val="1"/>
        <w:jc w:val="center"/>
      </w:pPr>
      <w:r>
        <w:rPr>
          <w:rFonts w:ascii="Assistant" w:hAnsi="Assistant" w:cs="Assistant"/>
          <w:b w:val="0"/>
          <w:rtl w:val="1"/>
        </w:rPr>
        <w:t>קוראים כל מצב ומסמנים: ירוק – בסדר · צהוב – עוצרים ובודקים · אדום – לא בסדר (אומרים לא ומספרים למבוגר/ת)</w:t>
      </w:r>
    </w:p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יסודי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#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המצב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ירוק / צהוב /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 שואל ״אפשר לקחת את הטוש שלך?״ ומחכה לתשובה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ילד מהכיתה לוקח את הכריך מהתיק שלי בלי לשאול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בן דוד רוצה לחבק אותי, ואני לא בטוח/ה שמתחשק לי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מצלמים אותי כשנפלתי ושולחים לקבוצה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במשחק דגדוגים חבר צועק ״די!״ וממשיכים לדגדג אותו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אחותי דופקת בדלת ושואלת ״אפשר להיכנס?״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מבוגר שאני לא מכיר/ה מציע לי ממתק ואומר ״בוא/י איתי״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 מספר לי שמישהו מכאיב לו ומבקש ״אל תספר/י לאף אחד״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חברה רוצה שנשחק עכשיו, ואני רוצה לנוח לבד כמה דקות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ילדה שואלת ״אפשר לשבת לידך?״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חט״ב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#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המצב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ירוק / צהוב /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חבר/ה מעביר/ה לקבוצה צילום מסך של שיחה פרטית שלי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מישהו בכיתה קורא בטלפון שלי כשאני לא ליד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חברה שואלת ״אפשר לתייג אותך בתמונה?״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כולם הולכים לבית שאין בו מבוגרים, ואני לא רגוע/ה עם זה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 שולח לי 15 הודעות ברצף כי לא עניתי תוך חמש דקות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מישהו מבקש את הסיסמה שלי ״רק לשנייה״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ההורים מבקשים שהטלפון יישאר מחוץ לחדר בלילה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חבר/ה אומר/ת ״היום אני צריך/ה קצת זמן לבד״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מישהו שהכרתי רק ברשת מבקש תמונה שלי ושנפגש לבד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כולם צוחקים ״סתם בצחוק״ על המראה של מישהי, והיא שותקת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חט״ע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#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המצב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ירוק / צהוב /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בן/בת זוג בודק/ת את הטלפון שלי ושואל/ת למה דיברתי עם מישהו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 שואל אם מותר לו לפרסם סרטון שאני מופיע/ה בו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״אם באמת היית אוהב/ת אותי, היית נותן/ת לי את הסיסמה שלך״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אני אומר/ת ״לא בטוח/ה״, וחבר ממשיך: ״נו, יהיה כיף, אל תהיה/י משעמם/ת״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חבר/ה מתקשר/ת כל לילה בשתיים לשתף בקושי, ואני כבר מותש/ת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ההורים רוצים לדעת עם מי אני יוצא/ת בלילה ומתי אחזור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בקבוצה ברשת מישהו שולח לי תוכן מיני שלא ביקשתי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מישהי אומרת ״לא עכשיו״ בחיוך, וחבר אומר ״חיוך זה כן״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מנהל/ת המשמרת מבקש/ת שוב להישאר שעתיים בלי תשלום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חבר/ה שואל/ת ״יש לך כוח לדבר עכשיו, או שעדיף מחר?״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עולים (ניקוד)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#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המצב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ירוק / צהוב /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חָבֵר שׁוֹאֵל: ״אֶפְשָׁר לְשַׂחֵק אִתְּךָ?״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יֶלֶד לוֹקֵחַ אֶת הַתִּיק שֶׁלִּי בְּלִי לִשְׁאֹל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מִישֶׁהוּ מְצַלֵּם אוֹתִי, וַאֲנִי לֹא רוֹצֶה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דּוֹדָה רוֹצָה לְחַבֵּק, וַאֲנִי לֹא בָּטוּחַ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חֲבֵרָה אוֹמֶרֶת ״דַּי״, וְכֻלָּם עוֹצְרִים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צוֹחֲקִים עַל הַמִּבְטָא שֶׁלִּי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הַמּוֹרָה שׁוֹאֶלֶת: ״אַתָּה צָרִיךְ עֶזְרָה?״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אִישׁ לֹא מֻכָּר אוֹמֵר: ״בּוֹא אִתִּי״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#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המצב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ירוק / צהוב /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חבר שואל: ״אפשר את הצבע?״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ילד לוקח לי את התיק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מחבקים אותי, ואני אומר/ת ״לא״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אני אומר/ת ״די״, והחבר עוצר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מצלמים אותי בלי לשאול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דופקים בדלת לפני שנכנסים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אדם זר אומר: ״בוא איתי״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אני לא יודע/ת אם זה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O ירוק   O צהוב   O אדום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color w:val="0B7D7A"/>
          <w:sz w:val="30"/>
          <w:rtl w:val="1"/>
          <w:szCs w:val="30"/>
          <w:bCs/>
        </w:rPr>
        <w:t>מפתח תשובות והסברים (למורה)</w:t>
      </w:r>
    </w:p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יסודי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#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תשובה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הוא שאל וחיכה – זה בדיוק כבוד לגבולות. ומותר לך גם לענות ״לא״.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לקחת בלי לשאול זו חציית גבול של חפצים. אומרים ״תחזיר, זה שלי״ ואם צריך – פונים למבוגר/ת.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עוצרים ובודקים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עוצרים ובודקים מה אני מרגיש/ה. מותר להציע ״כיף״ או נפנוף במקום חיבוק – גם במשפחה.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תמונה מביכה בלי רשות פוגעת. מבקשים למחוק ומספרים למבוגר/ת.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״די״ פירושו עוצרים מיד – גם כשכולם צוחקים.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דפיקה בדלת היא כבוד למרחב של מישהו.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הולכים עם אדם זר. מתרחקים מהר ומספרים מיד למבוגר/ת שסומכים עליו/ה.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סוד שמישהו נפגע בו – לא שומרים לבד. מספרים למבוגר/ת. זו לא הלשנה, זו עזרה.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עוצרים ובודקים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גם הצורך שלי וגם שלה חשובים. אפשר להגיד: ״עוד 5 דקות אני מצטרף/ת!״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היא שאלה בנימוס – אפשר לענות כן או לא בנחמדות.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חט״ב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#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תשובה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שיחה פרטית שייכת לשני הצדדים. העברה בלי רשות היא חציית גבול דיגיטלי.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הטלפון הוא מרחב אישי. גם ״סתם מסתכל״ זו חדירה לפרטיות.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שאלה לפני תיוג = כבוד. מותר לענות גם ״לא, תודה״.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עוצרים ובודקים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תחושת אי־נוחות היא סימן לעצור ולבדוק. אפשר לשאול שאלות, להציע מקום אחר או להתייעץ עם הורה.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עוצרים ובודקים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מותר לא לענות מיד. כדאי לדבר על זה בנחת: ״אני לא תמיד זמין/ה, זה לא אומר שאני כועס/ת״.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סיסמה לא משתפים – גם לא עם חבר/ה הכי טוב/ה.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זה גבול שמבוגרים מציבים לשמירה על שינה ובריאות. אפשר לדבר עליו בכבוד.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לכבד גבול של חבר/ה זה גם חלק מחברות.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שולחים תמונות ולא נפגשים לבד עם מי שמכירים רק מהרשת. מספרים למבוגר/ת.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שתיקה אינה הסכמה. צחוק על הגוף של מישהו פוגע – גם אם ״כולם צוחקים״.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חט״ע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#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תשובה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בדיקה ושליטה הן סימן אזהרה בזוגיות. קשר בריא בנוי על אמון ועל פרטיות.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בקשת הסכמה לפני פרסום – בדיוק כך. ההחלטה שלך.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זו מניפולציה רגשית: אהבה לא נמדדת בוויתור על פרטיות.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״לא בטוח/ה״ זה לא ״כן״. המשך לחץ אחרי היסוס הוא חציית גבול.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עוצרים ובודקים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אכפתיות יקרה, וגם השינה שלך. אפשר לקבוע זמן אחר – ואם יש סכנה, מערבים מבוגר/ת או את היועצת.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מידע בסיסי למען הביטחון – גבול מגן ולא שליטה. אפשר להתמקח בכבוד על השעה.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קבלת תוכן כזה בלי בקשה היא פגיעה. לא מעבירים, שומרים צילום מסך, חוסמים ומספרים למבוגר/ת.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״לא״ הוא ״לא״ – גם בחיוך. הסכמה היא מילה ברורה, לא ניחוש.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גם בעבודה יש זכויות וגבולות. מתייעצים עם הורה או מבוגר/ת אחראי/ת.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שאלה שמכבדת את הזמן והאנרגיה של האחר.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עולים (ניקוד)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#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תשובה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הוּא שָׁאַל. זֶה יָפֶה!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זֶה שֶׁלִּי. אוֹמְרִים: ״תַּחְזִיר, בְּבַקָּשָׁה״.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אוֹמְרִים: ״לֹא לְצַלֵּם, בְּבַקָּשָׁה״. מְסַפְּרִים לַמּוֹרָה.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עוצרים ובודקים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מֻתָּר לְהַגִּיד: ״אֲנִי מַעֲדִיף כִּיף״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״דַּי״ = עוֹצְרִים. כָּל הַכָּבוֹד!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זֶה פּוֹגֵעַ. מֻתָּר לְהַגִּיד ״זֶה לֹא נָעִים לִי״ וּלְסַפֵּר לַמּוֹרָה.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הִיא שׁוֹאֶלֶת וּמְחַכָּה. זֶה כָּבוֹד.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לֹא הוֹלְכִים! הוֹלְכִים מַהֵר לִמְבֻגָּר שֶׁמַּכִּירִים.</w:t>
            </w:r>
          </w:p>
        </w:tc>
      </w:tr>
    </w:tbl>
    <w:p>
      <w:pPr>
        <w:bidi w:val="1"/>
        <w:jc w:val="right"/>
      </w:pPr>
      <w:r>
        <w:rPr>
          <w:rFonts w:ascii="Assistant" w:hAnsi="Assistant" w:cs="Assistant"/>
          <w:b/>
          <w:sz w:val="25"/>
          <w:rtl w:val="1"/>
          <w:szCs w:val="25"/>
          <w:bCs/>
        </w:rPr>
        <w:t>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#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תשובה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הוא שאל. יפה!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זה שלי. אומרים: ״תחזיר!״ ומספרים למורה.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הגוף שלי – אני מחליט/ה. ״לא״ = עוצרים.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כל הכבוד לחבר! ״די״ = עוצרים.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קודם שואלים. אומרים: ״לא לצלם״.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דופקים ומחכים. מעולה!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בסדר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לא הולכים! רצים למבוגר שמכירים.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עוצרים ובודקים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b w:val="0"/>
                <w:rtl w:val="1"/>
              </w:rPr>
              <w:t>שואלים מבוגר שסומכים עליו.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/>
    <w:r>
      <w:rPr>
        <w:sz w:val="18"/>
      </w:rPr>
      <w:t>יצרה: רוית ראש בן ישי · הגבולות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